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״בית שני, חדר משותף: איך נראים החיים בכפר נוער?״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כתבה · כיתה ט׳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א. מכבס ומנהל את הכסף | משפט מלא: אליאס…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א. שהייתה קשה ועכשיו מחזקת אותו | משפט מלא: בהתחלה העצמאות הייתה… והיום היא…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1–ב · 2–ג · 3–א · 4–ד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א (מדריך אישי ושיחה שבועית) · 2 – ב (כי הוא צריך את המשפחה קרוב)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כן, גם געגועים וריבים בחדר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״בית שני, חדר משותף: איך נראים החיים בכפר נוער?״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כתבה · כיתה ט׳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עצמאות – היכולת לעשות דברים לבד ולקבל החלטות בלי עזרה · משקולת – חפץ כבד; כאן: משהו שמכביד וקשה לשאת · אם הבית – אשת צוות שגרה ועובדת בפנימייה ודואגת לתלמידים · מעגל תמיכה – קבוצת אנשים שעוזרים ומחזקים מישהו · אמנה – רשימת כללים שאנשים מסכימים עליהם יחד · מרואיינים – האנשים שעונים על שאלות בראיון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כתבה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בית שני, חדר משותף: איך נראים החיים בכפר נוער?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תלמידי כיתה ט׳ מתלבטים איפה להמשיך ללמוד. ביקרנו בכפר נוער ושמענו תלמידים ואנשי צוות מספרים על עצמאות, על געגועים ועל חברות שנמשכת עד הלילה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בבוקר בכפר הנוער אף אחד לא מעיר את התלמידים. שירה, תלמידת כיתה י׳, למדה לשים שעון מעורר.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תלמידי ט׳ מתלבטים איפה ללמוד בתיכון. ביקרנו בכפר נוער. שם לומדים וגם גרים.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אליאס מספר על עצמאות. הוא מכבס לבד ומנהל את הכסף שלו. בהתחלה היה קשה. היום הוא מרגיש חזק.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אביגיל התגעגעה הביתה. היא בכתה בלילות. המדריכה יפית עזרה לה. היא אמרה: מי שמתגעגע – יש לו בית אוהב.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יפית היא אם הבית. היא אומרת: השבועות הראשונים קשים. יש מדריך אישי ושיחה כל שבוע. כל שבועיים נוסעים הביתה.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בחדר גרים ארבעה תלמידים. בהתחלה רבו. אחר כך כתבו אמנה של החדר. השותפה של שירה היא החברה הכי טובה שלה.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(7)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נתן ניסה את הכפר שלושה חודשים וחזר הביתה. הוא צריך את המשפחה קרוב. הוא אומר: זה לא כישלון.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(8)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העצות: לבקר במקום, לדבר עם תלמידים, לשאול את עצמכם מה חשוב לכם.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עצמאות – היכולת לעשות דברים לבד ולקבל החלטות בלי עזרה · משקולת – חפץ כבד; כאן: משהו שמכביד וקשה לשאת · אם הבית – אשת צוות שגרה ועובדת בפנימייה ודואגת לתלמידים · מעגל תמיכה – קבוצת אנשים שעוזרים ומחזקים מישהו · אמנה – רשימת כללים שאנשים מסכימים עליהם יחד · מרואיינים – האנשים שעונים על שאלות בראיון · בכנות – באמת, בלי להסתיר ובלי לייפות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אליאס עושה לבד?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מכבס ומנהל את הכסף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מבשל לכל הכפר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מלמד את המורים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אליאס… 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אומר אליאס על העצמאות?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שהייתה קשה ועכשיו מחזקת אותו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שתמיד הייתה קלה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שהוא רוצה לחזור הביתה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בהתחלה העצמאות הייתה… והיום היא… 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/ מי / מתי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למצוא סיבה – כתובה או מוסתרת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האם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פרט שכתוב בטקסט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מדוע / למה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להכריע (כן/לא/במידה מסוימת) ולבסס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מספר או כמות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אילו שלושה חלקים כולל "מעגל התמיכה" שבונים בכפר לתלמידים חדשים?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מדוע חזר נתן ללמוד בתיכון בעיר מגוריו? ציינו את הסיבה כפי שהוא מתאר אותה.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מדוע לדעתכם בחר הכתב לכלול בכתבה את סיפורו של נתן? מה תפקידה של פסקה 7 בכתבה כולה?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השוו בין החוויה של שירה לבין החוויה של נתן בכפר הנוער. ציינו נקודת דמיון אחת ושתי נקודות שוני.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יש במעגל התמיכה?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מדריך אישי ושיחה שבועית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מבחן כניסה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טלפון חדש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נתן חזר הביתה?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כי הלימודים היו גרועים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כי הוא צריך את המשפחה קרוב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כי לא היה לו חבר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האם הכתבה מראה גם קשיים?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כן, גם געגועים וריבים בחדר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לא, רק דברים טובים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לא, רק דברים רעים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לדעתי הכתבה… כי מצד אחד… ומצד שני… 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בית שני, חדר משותף: איך נראים החיים בכפר נוער? · כיתה ט׳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בית שני, חדר משותף: איך נראים החיים בכפר נוער? · כיתה ט׳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