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״לפני ששולחים הלאה: איך מזהים מידע אמין ברשת״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7"/>
          <w:rtl w:val="1"/>
          <w:szCs w:val="27"/>
        </w:rPr>
        <w:t>דף תרגול קצר: הטקסט, חמשת שלבי פירוק השאלה, מיון לפי ממדים, שאלות בחירה, כתיבה וכרטיס יציאה. מאמר מידע · כיתה ט׳ · מסלול חנ״מ – מותאם.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⏱️ כ־35–45 דקות. השאלות לקוחות מהטקסט שבאתר (עמוד ״תרגול״ ו״פרקו את השאלה״). בגרסה זו: טקסט בעברית פשוטה, פחות פריטים, 3 אפשרויות ומשפטי פתיחה.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1 · </w:t>
      </w:r>
      <w:r>
        <w:rPr>
          <w:rFonts w:ascii="Arial" w:hAnsi="Arial" w:cs="Arial"/>
          <w:b w:val="0"/>
          <w:sz w:val="22"/>
          <w:rtl w:val="1"/>
          <w:szCs w:val="22"/>
        </w:rPr>
        <w:t>ממד: איתור מידע | תשובה נכונה: א. בדיקת התאריך | משפט מלא: הכלים הם…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2 · </w:t>
      </w:r>
      <w:r>
        <w:rPr>
          <w:rFonts w:ascii="Arial" w:hAnsi="Arial" w:cs="Arial"/>
          <w:b w:val="0"/>
          <w:sz w:val="22"/>
          <w:rtl w:val="1"/>
          <w:szCs w:val="22"/>
        </w:rPr>
        <w:t>ממד: פרשנות והיסק | תשובה נכונה: א. לחשוב שהרבה העתקות הן הרבה מקורות | משפט מלא: הכותב מתכוון ש… והטעות היא…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1 · </w:t>
      </w:r>
      <w:r>
        <w:rPr>
          <w:rFonts w:ascii="Arial" w:hAnsi="Arial" w:cs="Arial"/>
          <w:b w:val="0"/>
          <w:sz w:val="22"/>
          <w:rtl w:val="1"/>
          <w:szCs w:val="22"/>
        </w:rPr>
        <w:t>1–ב · 2–ג · 3–א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2 · </w:t>
      </w:r>
      <w:r>
        <w:rPr>
          <w:rFonts w:ascii="Arial" w:hAnsi="Arial" w:cs="Arial"/>
          <w:b w:val="0"/>
          <w:sz w:val="22"/>
          <w:rtl w:val="1"/>
          <w:szCs w:val="22"/>
        </w:rPr>
        <w:t>1 – איתור מידע · 2 – פרשנות והיסק · 3 – הערכה וביקורת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3 · </w:t>
      </w:r>
      <w:r>
        <w:rPr>
          <w:rFonts w:ascii="Arial" w:hAnsi="Arial" w:cs="Arial"/>
          <w:b w:val="0"/>
          <w:sz w:val="22"/>
          <w:rtl w:val="1"/>
          <w:szCs w:val="22"/>
        </w:rPr>
        <w:t>1 – א (מי כתב ואם הוא מבין בנושא) · 2 – א (תמונה ישנה של שיטפון)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ג׳ 1 · </w:t>
      </w:r>
      <w:r>
        <w:rPr>
          <w:rFonts w:ascii="Arial" w:hAnsi="Arial" w:cs="Arial"/>
          <w:b w:val="0"/>
          <w:sz w:val="22"/>
          <w:rtl w:val="1"/>
          <w:szCs w:val="22"/>
        </w:rPr>
        <w:t>תשובה צפויה: א. ללמד איך לבדוק מידע | ממד: הערכה וביקורת | בשאלת עמדה – מקבלים כל תשובה מנומקת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🎟️ כרטיס יציאה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תשובות אישיות. כדאי לאסוף ולבדוק: האם התלמידים והתלמידות מזהים מילת שאלה ויודעים מה היא דורשת?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התלמיד/ה – ״לפני ששולחים הלאה: איך מזהים מידע אמין ברשת״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מאמר מידע · כיתה ט׳ · מסלול חנ״מ – מותאם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מאמר מידע · עברית פשוטה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לפני ששולחים הלאה: איך מזהים מידע אמין ברשת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5D5675"/>
                <w:sz w:val="26"/>
                <w:rtl w:val="1"/>
                <w:szCs w:val="26"/>
                <w:bCs/>
              </w:rPr>
              <w:t>ברשת כל אחד יכול לפרסם כל דבר. ארבעה כלים פשוטים יעזרו לכם להבחין בין מידע מבוסס לבין שמועה בתחפושת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(1)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היום כל אחד יכול לפרסם מידע ברשת. אין מי שבודק. ידיעה לא נכונה מתפשטת מהר. לכן צריך לבדוק לבד.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(2)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כלי 1: המקור. מי כתב? האם הוא מבין בנושא? האם הוא רוצה למכור משהו?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(3)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כלי 2: התאריך. מידע יכול להיות ישן. בדקו מתי הוא פורסם.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(4)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כלי 3: הצלבה. חפשו את המידע בכמה מקורות. אם רק אתר אחד כותב – זהירות.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(5)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כלי 4: הכותרת. כותרת יכולה להגזים. מילים כמו "מדהים" או "לא תאמינו" – סימן לעצור.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(6)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שימו לב לרגשות. ידיעה שמפחידה או מכעיסה – עצרו ובדקו.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(7)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לא צריך לחשוד בכול. צריך לשאול את השאלות הנכונות.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(8)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ארבע שאלות: מי כתב? מתי? מי עוד מדווח? האם הכותרת מתאימה לתוכן? אם לא בדקתם – אל תשלחו.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רבבות – עשרות אלפים, מספר גדול מאוד · אנונימי – בלי שם, לא יודעים מי הוא · אינטרס – תועלת אישית, רווח שמישהו רוצה להשיג · הצלבה – השוואה בין כמה מקורות כדי לבדוק שהמידע זהה · נורה אדומה – סימן אזהרה, משהו שצריך לעורר חשד · נסערים – מרגישים רגש חזק, כמו כעס או פחד · ביקורתי – בודק ושואל שאלות לפני שמקבל דבר כנכון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 – קוראים את השאלה ועונים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השאלה. סמנו את מילת השאלה. בחרו ממד. בחרו תשובה, והשלימו את המשפט.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איזה כלי מופיע במאמר?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ממד:  </w:t>
      </w:r>
      <w:r>
        <w:rPr>
          <w:rFonts w:ascii="Arial" w:hAnsi="Arial" w:cs="Arial"/>
          <w:b/>
          <w:color w:val="1F7A72"/>
          <w:sz w:val="25"/>
          <w:rtl w:val="1"/>
          <w:szCs w:val="25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5"/>
          <w:rtl w:val="1"/>
          <w:szCs w:val="25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5"/>
          <w:rtl w:val="1"/>
          <w:szCs w:val="25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בדיקת התאריך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ספירת המילים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בדיקת צבע הכותרת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הכלים הם… 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הטעות?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ממד:  </w:t>
      </w:r>
      <w:r>
        <w:rPr>
          <w:rFonts w:ascii="Arial" w:hAnsi="Arial" w:cs="Arial"/>
          <w:b/>
          <w:color w:val="1F7A72"/>
          <w:sz w:val="25"/>
          <w:rtl w:val="1"/>
          <w:szCs w:val="25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5"/>
          <w:rtl w:val="1"/>
          <w:szCs w:val="25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5"/>
          <w:rtl w:val="1"/>
          <w:szCs w:val="25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לחשוב שהרבה העתקות הן הרבה מקורות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לקרוא רק כותרות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לבדוק את התאריך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הכותב מתכוון ש… והטעות היא… 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 – מילות שאלה, ממדים והבנה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1. התאימו: מילת שאלה ← מה עושים. כתבו את האות ליד המספר.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מילת 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ציינו / מנו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לבקר את הטיעון: נימוקים, דוגמאות, טיעון נגד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הביאו דוגמה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לכתוב פרטים בלי להסביר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עד כמה משכנע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לתת מקרה מוחשי שממחיש רעיון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2. מיינו: לאיזה ממד שייכת כל שאלה? סמנו ✔ בעמודה המתאימה.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על פי פסקה 2, אילו שאלות כדאי לשאול כדי לבדוק את המקור? ציינו שלוש.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מדוע, לפי פסקה 6, דווקא ידיעה שמעוררת בנו רגש חזק דורשת בדיקה זהירה יותר? הסבירו את הקשר בין רגש לאמונה במידע.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הכותב מציע: "ואם לא הצלחתם לבדוק – פשוט אל תשלחו הלאה." האם לדעתכם זו עצה מעשית לבני נוער? הביעו עמדה ונמקו.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3. בחרו את התשובה הנכונה לפי הטקסט. הקיפו את האות.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בודקים במקור?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מי כתב ואם הוא מבין בנושא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כמה תמונות יש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באיזה צבע האתר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הדוגמה בפסקה 3?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תמונה ישנה של שיטפון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שוקולד שמרפא שפעת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עשרה אתרים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 – כותבים תשובה מלאה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מטרת המאמר?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ללמד איך לבדוק מידע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למכור מוצר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לספר סיפור מצחיק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המאמר מיועד ל… ומטרתו… הכותב משיג אותה כי… 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כתבתי משפט מלא    ☐ כתבתי ״כי…״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מה למדתי היום? מילת שאלה אחת: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2. מה היה לי קל? ומה היה לי קשה?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לפני ששולחים הלאה: איך מזהים מידע אמין ברשת · כיתה ט׳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לפני ששולחים הלאה: איך מזהים מידע אמין ברשת · כיתה ט׳ ·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